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C1" w:rsidRPr="00F479C1" w:rsidRDefault="00F479C1" w:rsidP="00F479C1">
      <w:pPr>
        <w:pStyle w:val="normal0"/>
        <w:spacing w:after="240" w:line="240" w:lineRule="auto"/>
        <w:contextualSpacing/>
        <w:jc w:val="center"/>
        <w:rPr>
          <w:rFonts w:ascii="Book Antiqua" w:hAnsi="Book Antiqua"/>
          <w:b/>
          <w:sz w:val="36"/>
          <w:szCs w:val="28"/>
        </w:rPr>
      </w:pPr>
      <w:r w:rsidRPr="00F479C1">
        <w:rPr>
          <w:rFonts w:ascii="Book Antiqua" w:hAnsi="Book Antiqua"/>
          <w:b/>
          <w:sz w:val="36"/>
          <w:szCs w:val="28"/>
        </w:rPr>
        <w:t>RESUME</w:t>
      </w:r>
    </w:p>
    <w:p w:rsidR="00F479C1" w:rsidRPr="00F479C1" w:rsidRDefault="00F479C1" w:rsidP="00F479C1">
      <w:pPr>
        <w:pStyle w:val="normal0"/>
        <w:spacing w:after="240" w:line="240" w:lineRule="auto"/>
        <w:contextualSpacing/>
        <w:rPr>
          <w:rFonts w:ascii="Book Antiqua" w:hAnsi="Book Antiqua"/>
          <w:sz w:val="28"/>
          <w:szCs w:val="28"/>
        </w:rPr>
      </w:pPr>
    </w:p>
    <w:p w:rsidR="00F479C1" w:rsidRPr="00F479C1" w:rsidRDefault="00F479C1" w:rsidP="00F479C1">
      <w:pPr>
        <w:pStyle w:val="normal0"/>
        <w:spacing w:after="240" w:line="240" w:lineRule="auto"/>
        <w:contextualSpacing/>
        <w:rPr>
          <w:rFonts w:ascii="Book Antiqua" w:hAnsi="Book Antiqua"/>
          <w:sz w:val="28"/>
          <w:szCs w:val="28"/>
        </w:rPr>
      </w:pPr>
    </w:p>
    <w:p w:rsidR="00F479C1" w:rsidRPr="00F479C1" w:rsidRDefault="00F479C1" w:rsidP="00F479C1">
      <w:pPr>
        <w:pStyle w:val="normal0"/>
        <w:spacing w:after="240" w:line="240" w:lineRule="auto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 xml:space="preserve">Name </w:t>
      </w:r>
      <w:r w:rsidRPr="00F479C1">
        <w:rPr>
          <w:rFonts w:ascii="Book Antiqua" w:hAnsi="Book Antiqua"/>
          <w:sz w:val="24"/>
          <w:szCs w:val="28"/>
        </w:rPr>
        <w:tab/>
      </w:r>
      <w:r w:rsidRPr="00F479C1">
        <w:rPr>
          <w:rFonts w:ascii="Book Antiqua" w:hAnsi="Book Antiqua"/>
          <w:sz w:val="24"/>
          <w:szCs w:val="28"/>
        </w:rPr>
        <w:tab/>
      </w:r>
      <w:r w:rsidRPr="00F479C1">
        <w:rPr>
          <w:rFonts w:ascii="Book Antiqua" w:hAnsi="Book Antiqua"/>
          <w:sz w:val="24"/>
          <w:szCs w:val="28"/>
        </w:rPr>
        <w:tab/>
        <w:t xml:space="preserve">: </w:t>
      </w:r>
      <w:r w:rsidRPr="00F479C1">
        <w:rPr>
          <w:rFonts w:ascii="Book Antiqua" w:hAnsi="Book Antiqua"/>
          <w:sz w:val="24"/>
          <w:szCs w:val="28"/>
        </w:rPr>
        <w:tab/>
      </w:r>
      <w:proofErr w:type="spellStart"/>
      <w:r w:rsidRPr="00F479C1">
        <w:rPr>
          <w:rFonts w:ascii="Book Antiqua" w:hAnsi="Book Antiqua"/>
          <w:sz w:val="24"/>
          <w:szCs w:val="28"/>
        </w:rPr>
        <w:t>Yash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 </w:t>
      </w:r>
      <w:proofErr w:type="spellStart"/>
      <w:r w:rsidRPr="00F479C1">
        <w:rPr>
          <w:rFonts w:ascii="Book Antiqua" w:hAnsi="Book Antiqua"/>
          <w:sz w:val="24"/>
          <w:szCs w:val="28"/>
        </w:rPr>
        <w:t>Shukla</w:t>
      </w:r>
      <w:proofErr w:type="spellEnd"/>
    </w:p>
    <w:p w:rsidR="00F479C1" w:rsidRPr="00F479C1" w:rsidRDefault="00F479C1" w:rsidP="00F479C1">
      <w:pPr>
        <w:pStyle w:val="normal0"/>
        <w:spacing w:after="240" w:line="240" w:lineRule="auto"/>
        <w:contextualSpacing/>
        <w:rPr>
          <w:rFonts w:ascii="Book Antiqua" w:hAnsi="Book Antiqua"/>
          <w:b/>
          <w:sz w:val="24"/>
          <w:szCs w:val="28"/>
        </w:rPr>
      </w:pPr>
    </w:p>
    <w:p w:rsidR="00F479C1" w:rsidRPr="00F479C1" w:rsidRDefault="00D755A3" w:rsidP="00F479C1">
      <w:pPr>
        <w:pStyle w:val="normal0"/>
        <w:spacing w:after="240" w:line="240" w:lineRule="auto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b/>
          <w:sz w:val="24"/>
          <w:szCs w:val="28"/>
        </w:rPr>
        <w:t>Contact</w:t>
      </w:r>
      <w:r w:rsidR="00F479C1" w:rsidRPr="00F479C1">
        <w:rPr>
          <w:rFonts w:ascii="Book Antiqua" w:hAnsi="Book Antiqua"/>
          <w:b/>
          <w:sz w:val="24"/>
          <w:szCs w:val="28"/>
        </w:rPr>
        <w:t xml:space="preserve"> </w:t>
      </w:r>
      <w:r w:rsidRPr="00F479C1">
        <w:rPr>
          <w:rFonts w:ascii="Book Antiqua" w:hAnsi="Book Antiqua"/>
          <w:b/>
          <w:sz w:val="24"/>
          <w:szCs w:val="28"/>
        </w:rPr>
        <w:t xml:space="preserve"> 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="00F479C1" w:rsidRPr="00F479C1">
        <w:rPr>
          <w:rFonts w:ascii="Book Antiqua" w:hAnsi="Book Antiqua"/>
          <w:b/>
          <w:sz w:val="24"/>
          <w:szCs w:val="28"/>
        </w:rPr>
        <w:tab/>
        <w:t xml:space="preserve">: 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Pr="00F479C1">
        <w:rPr>
          <w:rFonts w:ascii="Book Antiqua" w:hAnsi="Book Antiqua"/>
          <w:sz w:val="24"/>
          <w:szCs w:val="28"/>
        </w:rPr>
        <w:t>9453059795</w:t>
      </w:r>
    </w:p>
    <w:p w:rsidR="00F479C1" w:rsidRPr="00F479C1" w:rsidRDefault="00D755A3" w:rsidP="00F479C1">
      <w:pPr>
        <w:pStyle w:val="normal0"/>
        <w:spacing w:after="240" w:line="240" w:lineRule="auto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br/>
      </w:r>
      <w:r w:rsidRPr="00F479C1">
        <w:rPr>
          <w:rFonts w:ascii="Book Antiqua" w:hAnsi="Book Antiqua"/>
          <w:b/>
          <w:sz w:val="24"/>
          <w:szCs w:val="28"/>
        </w:rPr>
        <w:t>Email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Pr="00F479C1">
        <w:rPr>
          <w:rFonts w:ascii="Book Antiqua" w:hAnsi="Book Antiqua"/>
          <w:b/>
          <w:sz w:val="24"/>
          <w:szCs w:val="28"/>
        </w:rPr>
        <w:t xml:space="preserve">: 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hyperlink r:id="rId6" w:history="1">
        <w:r w:rsidR="00F479C1" w:rsidRPr="00F479C1">
          <w:rPr>
            <w:rStyle w:val="Hyperlink"/>
            <w:rFonts w:ascii="Book Antiqua" w:hAnsi="Book Antiqua"/>
            <w:color w:val="auto"/>
            <w:sz w:val="24"/>
            <w:szCs w:val="28"/>
            <w:u w:val="none"/>
          </w:rPr>
          <w:t>shuklayash337@gmail.com</w:t>
        </w:r>
      </w:hyperlink>
    </w:p>
    <w:p w:rsidR="00FF5E68" w:rsidRPr="00F479C1" w:rsidRDefault="00D755A3" w:rsidP="00F479C1">
      <w:pPr>
        <w:pStyle w:val="normal0"/>
        <w:spacing w:after="240" w:line="240" w:lineRule="auto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br/>
      </w:r>
      <w:r w:rsidRPr="00F479C1">
        <w:rPr>
          <w:rFonts w:ascii="Book Antiqua" w:hAnsi="Book Antiqua"/>
          <w:b/>
          <w:sz w:val="24"/>
          <w:szCs w:val="28"/>
        </w:rPr>
        <w:t>Address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Pr="00F479C1">
        <w:rPr>
          <w:rFonts w:ascii="Book Antiqua" w:hAnsi="Book Antiqua"/>
          <w:b/>
          <w:sz w:val="24"/>
          <w:szCs w:val="28"/>
        </w:rPr>
        <w:t xml:space="preserve">: </w:t>
      </w:r>
      <w:r w:rsidR="00F479C1" w:rsidRPr="00F479C1">
        <w:rPr>
          <w:rFonts w:ascii="Book Antiqua" w:hAnsi="Book Antiqua"/>
          <w:b/>
          <w:sz w:val="24"/>
          <w:szCs w:val="28"/>
        </w:rPr>
        <w:tab/>
      </w:r>
      <w:r w:rsidRPr="00F479C1">
        <w:rPr>
          <w:rFonts w:ascii="Book Antiqua" w:hAnsi="Book Antiqua"/>
          <w:sz w:val="24"/>
          <w:szCs w:val="28"/>
        </w:rPr>
        <w:t>214 Civil Lines, Jhansi</w:t>
      </w:r>
    </w:p>
    <w:p w:rsidR="00FF5E68" w:rsidRPr="00F479C1" w:rsidRDefault="00FF5E68" w:rsidP="00F479C1">
      <w:pPr>
        <w:pStyle w:val="normal0"/>
        <w:spacing w:after="240" w:line="240" w:lineRule="auto"/>
        <w:contextualSpacing/>
        <w:rPr>
          <w:rFonts w:ascii="Book Antiqua" w:hAnsi="Book Antiqua"/>
        </w:rPr>
      </w:pPr>
    </w:p>
    <w:p w:rsidR="00FF5E68" w:rsidRPr="00F479C1" w:rsidRDefault="00D755A3" w:rsidP="00F479C1">
      <w:pPr>
        <w:pStyle w:val="Heading1"/>
        <w:spacing w:before="0" w:after="240" w:line="240" w:lineRule="auto"/>
        <w:contextualSpacing/>
        <w:rPr>
          <w:rFonts w:ascii="Book Antiqua" w:hAnsi="Book Antiqua"/>
          <w:color w:val="auto"/>
          <w:sz w:val="36"/>
          <w:szCs w:val="36"/>
        </w:rPr>
      </w:pPr>
      <w:r w:rsidRPr="00F479C1">
        <w:rPr>
          <w:rFonts w:ascii="Book Antiqua" w:hAnsi="Book Antiqua"/>
          <w:color w:val="auto"/>
          <w:sz w:val="36"/>
          <w:szCs w:val="36"/>
        </w:rPr>
        <w:t>Profile</w:t>
      </w:r>
    </w:p>
    <w:p w:rsidR="00FF5E68" w:rsidRPr="00F479C1" w:rsidRDefault="00D755A3" w:rsidP="00F479C1">
      <w:pPr>
        <w:pStyle w:val="normal0"/>
        <w:spacing w:after="240" w:line="240" w:lineRule="auto"/>
        <w:contextualSpacing/>
        <w:jc w:val="both"/>
        <w:rPr>
          <w:rFonts w:ascii="Book Antiqua" w:hAnsi="Book Antiqua"/>
        </w:rPr>
      </w:pPr>
      <w:r w:rsidRPr="00F479C1">
        <w:rPr>
          <w:rFonts w:ascii="Book Antiqua" w:hAnsi="Book Antiqua"/>
          <w:sz w:val="28"/>
          <w:szCs w:val="28"/>
        </w:rPr>
        <w:t>M.B.A. (Finance &amp;</w:t>
      </w:r>
      <w:r w:rsidRPr="00F479C1">
        <w:rPr>
          <w:rFonts w:ascii="Book Antiqua" w:hAnsi="Book Antiqua"/>
          <w:sz w:val="28"/>
          <w:szCs w:val="28"/>
        </w:rPr>
        <w:t xml:space="preserve"> Marketing) with hands-on experience in financial planning, digital marketing, and insurance. </w:t>
      </w:r>
      <w:proofErr w:type="gramStart"/>
      <w:r w:rsidRPr="00F479C1">
        <w:rPr>
          <w:rFonts w:ascii="Book Antiqua" w:hAnsi="Book Antiqua"/>
          <w:sz w:val="28"/>
          <w:szCs w:val="28"/>
        </w:rPr>
        <w:t>Adept at building client relationships, conducting analytical research, and driving business growth.</w:t>
      </w:r>
      <w:proofErr w:type="gramEnd"/>
      <w:r w:rsidRPr="00F479C1">
        <w:rPr>
          <w:rFonts w:ascii="Book Antiqua" w:hAnsi="Book Antiqua"/>
          <w:sz w:val="28"/>
          <w:szCs w:val="28"/>
        </w:rPr>
        <w:t xml:space="preserve"> </w:t>
      </w:r>
      <w:proofErr w:type="gramStart"/>
      <w:r w:rsidRPr="00F479C1">
        <w:rPr>
          <w:rFonts w:ascii="Book Antiqua" w:hAnsi="Book Antiqua"/>
          <w:sz w:val="28"/>
          <w:szCs w:val="28"/>
        </w:rPr>
        <w:t>Seeking to contribute skills and knowledge in a challenging r</w:t>
      </w:r>
      <w:r w:rsidRPr="00F479C1">
        <w:rPr>
          <w:rFonts w:ascii="Book Antiqua" w:hAnsi="Book Antiqua"/>
          <w:sz w:val="28"/>
          <w:szCs w:val="28"/>
        </w:rPr>
        <w:t>ole with opportunities for personal and professional advancement</w:t>
      </w:r>
      <w:r w:rsidRPr="00F479C1">
        <w:rPr>
          <w:rFonts w:ascii="Book Antiqua" w:hAnsi="Book Antiqua"/>
        </w:rPr>
        <w:t>.</w:t>
      </w:r>
      <w:proofErr w:type="gramEnd"/>
    </w:p>
    <w:p w:rsidR="00FF5E68" w:rsidRPr="00F479C1" w:rsidRDefault="00FF5E68" w:rsidP="00F479C1">
      <w:pPr>
        <w:pStyle w:val="normal0"/>
        <w:spacing w:after="240" w:line="240" w:lineRule="auto"/>
        <w:contextualSpacing/>
        <w:rPr>
          <w:rFonts w:ascii="Book Antiqua" w:hAnsi="Book Antiqua"/>
        </w:rPr>
      </w:pPr>
    </w:p>
    <w:p w:rsidR="00FF5E68" w:rsidRPr="00F479C1" w:rsidRDefault="00D755A3" w:rsidP="00F479C1">
      <w:pPr>
        <w:pStyle w:val="Heading1"/>
        <w:spacing w:before="0" w:after="240" w:line="240" w:lineRule="auto"/>
        <w:contextualSpacing/>
        <w:rPr>
          <w:rFonts w:ascii="Book Antiqua" w:hAnsi="Book Antiqua"/>
          <w:color w:val="auto"/>
          <w:sz w:val="36"/>
          <w:szCs w:val="36"/>
        </w:rPr>
      </w:pPr>
      <w:r w:rsidRPr="00F479C1">
        <w:rPr>
          <w:rFonts w:ascii="Book Antiqua" w:hAnsi="Book Antiqua"/>
          <w:color w:val="auto"/>
          <w:sz w:val="36"/>
          <w:szCs w:val="36"/>
        </w:rPr>
        <w:t>Professional Experience</w:t>
      </w:r>
    </w:p>
    <w:p w:rsid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</w:p>
    <w:p w:rsidR="00FF5E68" w:rsidRDefault="00D755A3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  <w:r w:rsidRPr="00F479C1">
        <w:rPr>
          <w:rFonts w:ascii="Book Antiqua" w:hAnsi="Book Antiqua"/>
          <w:b/>
          <w:sz w:val="28"/>
          <w:szCs w:val="28"/>
        </w:rPr>
        <w:t>Financial Planner</w:t>
      </w:r>
    </w:p>
    <w:p w:rsidR="00F479C1" w:rsidRP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  <w:r w:rsidRPr="00F479C1">
        <w:rPr>
          <w:rFonts w:ascii="Book Antiqua" w:hAnsi="Book Antiqua"/>
          <w:sz w:val="28"/>
          <w:szCs w:val="28"/>
        </w:rPr>
        <w:t xml:space="preserve">ARK Primary Advisors, </w:t>
      </w:r>
      <w:proofErr w:type="spellStart"/>
      <w:r w:rsidRPr="00F479C1">
        <w:rPr>
          <w:rFonts w:ascii="Book Antiqua" w:hAnsi="Book Antiqua"/>
          <w:sz w:val="28"/>
          <w:szCs w:val="28"/>
        </w:rPr>
        <w:t>Jaipur</w:t>
      </w:r>
      <w:proofErr w:type="spellEnd"/>
      <w:r w:rsidRPr="00F479C1">
        <w:rPr>
          <w:rFonts w:ascii="Book Antiqua" w:hAnsi="Book Antiqua"/>
          <w:sz w:val="28"/>
          <w:szCs w:val="28"/>
        </w:rPr>
        <w:t xml:space="preserve"> | June 2024 – January 2025.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  <w:r w:rsidRPr="00F479C1">
        <w:rPr>
          <w:rFonts w:ascii="Book Antiqua" w:hAnsi="Book Antiqua"/>
          <w:sz w:val="28"/>
          <w:szCs w:val="28"/>
        </w:rPr>
        <w:t xml:space="preserve">Managed and nurtured relationships with existing clients; </w:t>
      </w:r>
      <w:proofErr w:type="spellStart"/>
      <w:r w:rsidRPr="00F479C1">
        <w:rPr>
          <w:rFonts w:ascii="Book Antiqua" w:hAnsi="Book Antiqua"/>
          <w:sz w:val="28"/>
          <w:szCs w:val="28"/>
        </w:rPr>
        <w:t>onboarded</w:t>
      </w:r>
      <w:proofErr w:type="spellEnd"/>
      <w:r w:rsidRPr="00F479C1">
        <w:rPr>
          <w:rFonts w:ascii="Book Antiqua" w:hAnsi="Book Antiqua"/>
          <w:sz w:val="28"/>
          <w:szCs w:val="28"/>
        </w:rPr>
        <w:t xml:space="preserve"> new clients from prosp</w:t>
      </w:r>
      <w:r w:rsidRPr="00F479C1">
        <w:rPr>
          <w:rFonts w:ascii="Book Antiqua" w:hAnsi="Book Antiqua"/>
          <w:sz w:val="28"/>
          <w:szCs w:val="28"/>
        </w:rPr>
        <w:t>ect pool.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  <w:r w:rsidRPr="00F479C1">
        <w:rPr>
          <w:rFonts w:ascii="Book Antiqua" w:hAnsi="Book Antiqua"/>
          <w:sz w:val="28"/>
          <w:szCs w:val="28"/>
        </w:rPr>
        <w:t>Enhanced sales through active client engagement and promotion of additional company services.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  <w:r w:rsidRPr="00F479C1">
        <w:rPr>
          <w:rFonts w:ascii="Book Antiqua" w:hAnsi="Book Antiqua"/>
          <w:sz w:val="28"/>
          <w:szCs w:val="28"/>
        </w:rPr>
        <w:t>Regularly conducted client meetings, solved queries, and developed tailored financial plans.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  <w:r w:rsidRPr="00F479C1">
        <w:rPr>
          <w:rFonts w:ascii="Book Antiqua" w:hAnsi="Book Antiqua"/>
          <w:sz w:val="28"/>
          <w:szCs w:val="28"/>
        </w:rPr>
        <w:t>Provided insurance planning and coordinated with internal teams for efficient service delivery.</w:t>
      </w:r>
    </w:p>
    <w:p w:rsid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</w:p>
    <w:p w:rsidR="00F479C1" w:rsidRDefault="00F479C1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 w:type="page"/>
      </w:r>
    </w:p>
    <w:p w:rsidR="00FF5E68" w:rsidRDefault="00D755A3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  <w:r w:rsidRPr="00F479C1">
        <w:rPr>
          <w:rFonts w:ascii="Book Antiqua" w:hAnsi="Book Antiqua"/>
          <w:b/>
          <w:sz w:val="28"/>
          <w:szCs w:val="28"/>
        </w:rPr>
        <w:lastRenderedPageBreak/>
        <w:t>Marketing Trainee</w:t>
      </w:r>
    </w:p>
    <w:p w:rsidR="00F479C1" w:rsidRP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 xml:space="preserve">ZARA </w:t>
      </w:r>
      <w:proofErr w:type="spellStart"/>
      <w:r w:rsidRPr="00F479C1">
        <w:rPr>
          <w:rFonts w:ascii="Book Antiqua" w:hAnsi="Book Antiqua"/>
          <w:sz w:val="24"/>
          <w:szCs w:val="28"/>
        </w:rPr>
        <w:t>Inditex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, </w:t>
      </w:r>
      <w:proofErr w:type="spellStart"/>
      <w:r w:rsidRPr="00F479C1">
        <w:rPr>
          <w:rFonts w:ascii="Book Antiqua" w:hAnsi="Book Antiqua"/>
          <w:sz w:val="24"/>
          <w:szCs w:val="28"/>
        </w:rPr>
        <w:t>Gurgaon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 | Digital Marketing | 2 months.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 xml:space="preserve">Designed and built </w:t>
      </w:r>
      <w:proofErr w:type="spellStart"/>
      <w:r w:rsidRPr="00F479C1">
        <w:rPr>
          <w:rFonts w:ascii="Book Antiqua" w:hAnsi="Book Antiqua"/>
          <w:sz w:val="24"/>
          <w:szCs w:val="28"/>
        </w:rPr>
        <w:t>PowerBI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 dashboards for internal analytics needs.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Performed analytical research on managerial databases to inform marketing strategy.</w:t>
      </w:r>
    </w:p>
    <w:p w:rsid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</w:p>
    <w:p w:rsidR="00FF5E68" w:rsidRDefault="00D755A3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8"/>
          <w:szCs w:val="28"/>
        </w:rPr>
      </w:pPr>
      <w:r w:rsidRPr="00F479C1">
        <w:rPr>
          <w:rFonts w:ascii="Book Antiqua" w:hAnsi="Book Antiqua"/>
          <w:b/>
          <w:sz w:val="28"/>
          <w:szCs w:val="28"/>
        </w:rPr>
        <w:t>Marketing Intern</w:t>
      </w:r>
    </w:p>
    <w:p w:rsidR="00F479C1" w:rsidRP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contextualSpacing/>
        <w:rPr>
          <w:rFonts w:ascii="Book Antiqua" w:hAnsi="Book Antiqua"/>
          <w:b/>
          <w:sz w:val="24"/>
          <w:szCs w:val="28"/>
        </w:rPr>
      </w:pP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TATA AIG, Bhopal | Insurance | 1 month.</w:t>
      </w:r>
    </w:p>
    <w:p w:rsidR="00FF5E68" w:rsidRPr="00F479C1" w:rsidRDefault="00D755A3" w:rsidP="00F479C1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Supported insurance policy analysis and client segmentation projects.</w:t>
      </w:r>
    </w:p>
    <w:p w:rsidR="00FF5E68" w:rsidRPr="00F479C1" w:rsidRDefault="00FF5E68" w:rsidP="00F479C1">
      <w:pPr>
        <w:pStyle w:val="normal0"/>
        <w:spacing w:after="240" w:line="240" w:lineRule="auto"/>
        <w:ind w:left="567" w:hanging="567"/>
        <w:contextualSpacing/>
        <w:rPr>
          <w:rFonts w:ascii="Book Antiqua" w:hAnsi="Book Antiqua"/>
        </w:rPr>
      </w:pPr>
    </w:p>
    <w:p w:rsidR="00FF5E68" w:rsidRPr="00F479C1" w:rsidRDefault="00D755A3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b/>
          <w:sz w:val="30"/>
          <w:szCs w:val="36"/>
        </w:rPr>
      </w:pPr>
      <w:r w:rsidRPr="00F479C1">
        <w:rPr>
          <w:rFonts w:ascii="Book Antiqua" w:hAnsi="Book Antiqua"/>
          <w:b/>
          <w:sz w:val="30"/>
          <w:szCs w:val="36"/>
        </w:rPr>
        <w:t>Academic Background</w:t>
      </w:r>
    </w:p>
    <w:p w:rsidR="00FF5E68" w:rsidRPr="00F479C1" w:rsidRDefault="00FF5E68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</w:p>
    <w:tbl>
      <w:tblPr>
        <w:tblStyle w:val="a"/>
        <w:tblW w:w="9940" w:type="dxa"/>
        <w:tblInd w:w="-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5"/>
        <w:gridCol w:w="1137"/>
        <w:gridCol w:w="2727"/>
        <w:gridCol w:w="2135"/>
        <w:gridCol w:w="1834"/>
        <w:gridCol w:w="1262"/>
      </w:tblGrid>
      <w:tr w:rsidR="00FF5E68" w:rsidRPr="00F479C1" w:rsidTr="00F479C1">
        <w:trPr>
          <w:cantSplit/>
          <w:trHeight w:val="390"/>
          <w:tblHeader/>
        </w:trPr>
        <w:tc>
          <w:tcPr>
            <w:tcW w:w="84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Year</w:t>
            </w:r>
          </w:p>
        </w:tc>
        <w:tc>
          <w:tcPr>
            <w:tcW w:w="113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Degree</w:t>
            </w:r>
          </w:p>
        </w:tc>
        <w:tc>
          <w:tcPr>
            <w:tcW w:w="272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Institution</w:t>
            </w:r>
          </w:p>
        </w:tc>
        <w:tc>
          <w:tcPr>
            <w:tcW w:w="213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Board/University</w:t>
            </w:r>
          </w:p>
        </w:tc>
        <w:tc>
          <w:tcPr>
            <w:tcW w:w="1834" w:type="dxa"/>
          </w:tcPr>
          <w:p w:rsid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Specialization/</w:t>
            </w: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Subject</w:t>
            </w:r>
          </w:p>
        </w:tc>
        <w:tc>
          <w:tcPr>
            <w:tcW w:w="1262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b/>
                <w:sz w:val="24"/>
              </w:rPr>
            </w:pPr>
            <w:r w:rsidRPr="00F479C1">
              <w:rPr>
                <w:rFonts w:ascii="Book Antiqua" w:hAnsi="Book Antiqua"/>
                <w:b/>
                <w:sz w:val="24"/>
              </w:rPr>
              <w:t>CGPA/%</w:t>
            </w:r>
          </w:p>
        </w:tc>
      </w:tr>
      <w:tr w:rsidR="00FF5E68" w:rsidRPr="00F479C1" w:rsidTr="00F479C1">
        <w:trPr>
          <w:cantSplit/>
          <w:trHeight w:val="1159"/>
          <w:tblHeader/>
        </w:trPr>
        <w:tc>
          <w:tcPr>
            <w:tcW w:w="845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2024</w:t>
            </w:r>
          </w:p>
        </w:tc>
        <w:tc>
          <w:tcPr>
            <w:tcW w:w="1137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MBA</w:t>
            </w:r>
          </w:p>
        </w:tc>
        <w:tc>
          <w:tcPr>
            <w:tcW w:w="272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proofErr w:type="spellStart"/>
            <w:r w:rsidRPr="00F479C1">
              <w:rPr>
                <w:rFonts w:ascii="Book Antiqua" w:hAnsi="Book Antiqua"/>
                <w:sz w:val="24"/>
              </w:rPr>
              <w:t>Malaviya</w:t>
            </w:r>
            <w:proofErr w:type="spellEnd"/>
            <w:r w:rsidRPr="00F479C1">
              <w:rPr>
                <w:rFonts w:ascii="Book Antiqua" w:hAnsi="Book Antiqua"/>
                <w:sz w:val="24"/>
              </w:rPr>
              <w:t xml:space="preserve"> National</w:t>
            </w: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 xml:space="preserve">Institute of Technology </w:t>
            </w:r>
            <w:proofErr w:type="spellStart"/>
            <w:r w:rsidRPr="00F479C1">
              <w:rPr>
                <w:rFonts w:ascii="Book Antiqua" w:hAnsi="Book Antiqua"/>
                <w:sz w:val="24"/>
              </w:rPr>
              <w:t>Jaipur</w:t>
            </w:r>
            <w:proofErr w:type="spellEnd"/>
            <w:r w:rsidRPr="00F479C1">
              <w:rPr>
                <w:rFonts w:ascii="Book Antiqua" w:hAnsi="Book Antiqua"/>
                <w:sz w:val="24"/>
              </w:rPr>
              <w:t xml:space="preserve"> (MNIT)</w:t>
            </w:r>
          </w:p>
        </w:tc>
        <w:tc>
          <w:tcPr>
            <w:tcW w:w="2135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hyperlink r:id="rId7">
              <w:r w:rsidR="00D755A3" w:rsidRPr="00F479C1">
                <w:rPr>
                  <w:rFonts w:ascii="Book Antiqua" w:hAnsi="Book Antiqua"/>
                  <w:sz w:val="24"/>
                </w:rPr>
                <w:t>Institute of National</w:t>
              </w:r>
            </w:hyperlink>
            <w:r w:rsidR="00D755A3" w:rsidRPr="00F479C1">
              <w:rPr>
                <w:rFonts w:ascii="Book Antiqua" w:hAnsi="Book Antiqua"/>
                <w:sz w:val="24"/>
              </w:rPr>
              <w:t xml:space="preserve"> </w:t>
            </w:r>
            <w:hyperlink r:id="rId8">
              <w:r w:rsidR="00D755A3" w:rsidRPr="00F479C1">
                <w:rPr>
                  <w:rFonts w:ascii="Book Antiqua" w:hAnsi="Book Antiqua"/>
                  <w:sz w:val="24"/>
                </w:rPr>
                <w:t>Importance</w:t>
              </w:r>
            </w:hyperlink>
          </w:p>
        </w:tc>
        <w:tc>
          <w:tcPr>
            <w:tcW w:w="1834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Marketing &amp; Finance</w:t>
            </w:r>
          </w:p>
        </w:tc>
        <w:tc>
          <w:tcPr>
            <w:tcW w:w="1262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6.02</w:t>
            </w:r>
          </w:p>
        </w:tc>
      </w:tr>
      <w:tr w:rsidR="00FF5E68" w:rsidRPr="00F479C1" w:rsidTr="00F479C1">
        <w:trPr>
          <w:cantSplit/>
          <w:trHeight w:val="1161"/>
          <w:tblHeader/>
        </w:trPr>
        <w:tc>
          <w:tcPr>
            <w:tcW w:w="845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2022</w:t>
            </w:r>
          </w:p>
        </w:tc>
        <w:tc>
          <w:tcPr>
            <w:tcW w:w="1137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B.Com</w:t>
            </w:r>
          </w:p>
        </w:tc>
        <w:tc>
          <w:tcPr>
            <w:tcW w:w="272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 xml:space="preserve">Ram Krishna </w:t>
            </w:r>
            <w:proofErr w:type="spellStart"/>
            <w:r w:rsidRPr="00F479C1">
              <w:rPr>
                <w:rFonts w:ascii="Book Antiqua" w:hAnsi="Book Antiqua"/>
                <w:sz w:val="24"/>
              </w:rPr>
              <w:t>Dharmarth</w:t>
            </w:r>
            <w:proofErr w:type="spellEnd"/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Foundation University , Bhopal</w:t>
            </w:r>
          </w:p>
        </w:tc>
        <w:tc>
          <w:tcPr>
            <w:tcW w:w="2135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UGC University</w:t>
            </w:r>
          </w:p>
        </w:tc>
        <w:tc>
          <w:tcPr>
            <w:tcW w:w="1834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Honors</w:t>
            </w:r>
          </w:p>
        </w:tc>
        <w:tc>
          <w:tcPr>
            <w:tcW w:w="1262" w:type="dxa"/>
          </w:tcPr>
          <w:p w:rsidR="00FF5E68" w:rsidRPr="00F479C1" w:rsidRDefault="00FF5E68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</w:p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8.08</w:t>
            </w:r>
          </w:p>
        </w:tc>
      </w:tr>
      <w:tr w:rsidR="00FF5E68" w:rsidRPr="00F479C1" w:rsidTr="00F479C1">
        <w:trPr>
          <w:cantSplit/>
          <w:trHeight w:val="415"/>
          <w:tblHeader/>
        </w:trPr>
        <w:tc>
          <w:tcPr>
            <w:tcW w:w="84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2019</w:t>
            </w:r>
          </w:p>
        </w:tc>
        <w:tc>
          <w:tcPr>
            <w:tcW w:w="113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HSC</w:t>
            </w:r>
          </w:p>
        </w:tc>
        <w:tc>
          <w:tcPr>
            <w:tcW w:w="272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Blue Bells Public school</w:t>
            </w:r>
          </w:p>
        </w:tc>
        <w:tc>
          <w:tcPr>
            <w:tcW w:w="213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I.S.C</w:t>
            </w:r>
          </w:p>
        </w:tc>
        <w:tc>
          <w:tcPr>
            <w:tcW w:w="1834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Commerce</w:t>
            </w:r>
          </w:p>
        </w:tc>
        <w:tc>
          <w:tcPr>
            <w:tcW w:w="1262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69</w:t>
            </w:r>
          </w:p>
        </w:tc>
      </w:tr>
      <w:tr w:rsidR="00FF5E68" w:rsidRPr="00F479C1" w:rsidTr="00F479C1">
        <w:trPr>
          <w:cantSplit/>
          <w:trHeight w:val="558"/>
          <w:tblHeader/>
        </w:trPr>
        <w:tc>
          <w:tcPr>
            <w:tcW w:w="84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2017</w:t>
            </w:r>
          </w:p>
        </w:tc>
        <w:tc>
          <w:tcPr>
            <w:tcW w:w="113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SSC</w:t>
            </w:r>
          </w:p>
        </w:tc>
        <w:tc>
          <w:tcPr>
            <w:tcW w:w="2727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Blue Bells Public School</w:t>
            </w:r>
          </w:p>
        </w:tc>
        <w:tc>
          <w:tcPr>
            <w:tcW w:w="2135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I.C.S.E</w:t>
            </w:r>
          </w:p>
        </w:tc>
        <w:tc>
          <w:tcPr>
            <w:tcW w:w="1834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All Subject</w:t>
            </w:r>
          </w:p>
        </w:tc>
        <w:tc>
          <w:tcPr>
            <w:tcW w:w="1262" w:type="dxa"/>
          </w:tcPr>
          <w:p w:rsidR="00FF5E68" w:rsidRPr="00F479C1" w:rsidRDefault="00D755A3" w:rsidP="00F479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contextualSpacing/>
              <w:jc w:val="center"/>
              <w:rPr>
                <w:rFonts w:ascii="Book Antiqua" w:hAnsi="Book Antiqua"/>
                <w:sz w:val="24"/>
              </w:rPr>
            </w:pPr>
            <w:r w:rsidRPr="00F479C1">
              <w:rPr>
                <w:rFonts w:ascii="Book Antiqua" w:hAnsi="Book Antiqua"/>
                <w:sz w:val="24"/>
              </w:rPr>
              <w:t>82</w:t>
            </w:r>
          </w:p>
        </w:tc>
      </w:tr>
    </w:tbl>
    <w:p w:rsidR="00FF5E68" w:rsidRDefault="00FF5E68" w:rsidP="00F479C1">
      <w:pPr>
        <w:pStyle w:val="normal0"/>
        <w:spacing w:after="240" w:line="240" w:lineRule="auto"/>
        <w:ind w:left="567" w:hanging="567"/>
        <w:contextualSpacing/>
        <w:rPr>
          <w:rFonts w:ascii="Book Antiqua" w:hAnsi="Book Antiqua"/>
        </w:rPr>
      </w:pPr>
    </w:p>
    <w:p w:rsidR="00F479C1" w:rsidRPr="00F479C1" w:rsidRDefault="00F479C1" w:rsidP="00F479C1">
      <w:pPr>
        <w:pStyle w:val="Heading1"/>
        <w:spacing w:before="0" w:after="240" w:line="240" w:lineRule="auto"/>
        <w:ind w:left="567" w:hanging="567"/>
        <w:contextualSpacing/>
        <w:rPr>
          <w:rFonts w:ascii="Book Antiqua" w:hAnsi="Book Antiqua"/>
          <w:color w:val="auto"/>
          <w:sz w:val="30"/>
          <w:szCs w:val="36"/>
        </w:rPr>
      </w:pPr>
      <w:r w:rsidRPr="00F479C1">
        <w:rPr>
          <w:rFonts w:ascii="Book Antiqua" w:hAnsi="Book Antiqua"/>
          <w:color w:val="auto"/>
          <w:sz w:val="30"/>
          <w:szCs w:val="36"/>
        </w:rPr>
        <w:t xml:space="preserve">Skills </w:t>
      </w:r>
    </w:p>
    <w:p w:rsidR="00F479C1" w:rsidRPr="00F479C1" w:rsidRDefault="00F479C1" w:rsidP="00F479C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Advanced MS Office (Word, Excel, PowerPoint)</w:t>
      </w:r>
    </w:p>
    <w:p w:rsidR="00F479C1" w:rsidRPr="00F479C1" w:rsidRDefault="00F479C1" w:rsidP="00F479C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proofErr w:type="spellStart"/>
      <w:r w:rsidRPr="00F479C1">
        <w:rPr>
          <w:rFonts w:ascii="Book Antiqua" w:hAnsi="Book Antiqua"/>
          <w:sz w:val="24"/>
          <w:szCs w:val="28"/>
        </w:rPr>
        <w:t>PowerBI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 </w:t>
      </w:r>
      <w:proofErr w:type="spellStart"/>
      <w:r w:rsidRPr="00F479C1">
        <w:rPr>
          <w:rFonts w:ascii="Book Antiqua" w:hAnsi="Book Antiqua"/>
          <w:sz w:val="24"/>
          <w:szCs w:val="28"/>
        </w:rPr>
        <w:t>Dashboarding</w:t>
      </w:r>
      <w:proofErr w:type="spellEnd"/>
    </w:p>
    <w:p w:rsidR="00F479C1" w:rsidRPr="00F479C1" w:rsidRDefault="00F479C1" w:rsidP="00F479C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proofErr w:type="spellStart"/>
      <w:r w:rsidRPr="00F479C1">
        <w:rPr>
          <w:rFonts w:ascii="Book Antiqua" w:hAnsi="Book Antiqua"/>
          <w:sz w:val="24"/>
          <w:szCs w:val="28"/>
        </w:rPr>
        <w:t>Omnimax</w:t>
      </w:r>
      <w:proofErr w:type="spellEnd"/>
      <w:r w:rsidRPr="00F479C1">
        <w:rPr>
          <w:rFonts w:ascii="Book Antiqua" w:hAnsi="Book Antiqua"/>
          <w:sz w:val="24"/>
          <w:szCs w:val="28"/>
        </w:rPr>
        <w:t xml:space="preserve"> Financial Planning Software </w:t>
      </w:r>
    </w:p>
    <w:p w:rsidR="00F479C1" w:rsidRP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8"/>
          <w:szCs w:val="28"/>
        </w:rPr>
      </w:pPr>
    </w:p>
    <w:p w:rsidR="00F479C1" w:rsidRPr="00F479C1" w:rsidRDefault="00F479C1" w:rsidP="00F479C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b/>
          <w:sz w:val="28"/>
          <w:szCs w:val="32"/>
        </w:rPr>
      </w:pPr>
      <w:r w:rsidRPr="00F479C1">
        <w:rPr>
          <w:rFonts w:ascii="Book Antiqua" w:hAnsi="Book Antiqua"/>
          <w:b/>
          <w:sz w:val="28"/>
          <w:szCs w:val="32"/>
        </w:rPr>
        <w:t xml:space="preserve">Certification </w:t>
      </w:r>
    </w:p>
    <w:p w:rsidR="00F479C1" w:rsidRPr="00F479C1" w:rsidRDefault="00F479C1" w:rsidP="00F479C1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 xml:space="preserve">Financial Planning &amp; Analysis   </w:t>
      </w:r>
    </w:p>
    <w:p w:rsidR="00F479C1" w:rsidRPr="00F479C1" w:rsidRDefault="00F479C1" w:rsidP="00F479C1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Mutual Funds &amp; Insurance Planning</w:t>
      </w:r>
    </w:p>
    <w:p w:rsidR="00F479C1" w:rsidRPr="00F479C1" w:rsidRDefault="00F479C1" w:rsidP="00F479C1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  <w:sz w:val="24"/>
          <w:szCs w:val="28"/>
        </w:rPr>
      </w:pPr>
      <w:r w:rsidRPr="00F479C1">
        <w:rPr>
          <w:rFonts w:ascii="Book Antiqua" w:hAnsi="Book Antiqua"/>
          <w:sz w:val="24"/>
          <w:szCs w:val="28"/>
        </w:rPr>
        <w:t>NISM VA Certified</w:t>
      </w:r>
    </w:p>
    <w:p w:rsidR="00F479C1" w:rsidRPr="00F479C1" w:rsidRDefault="00F479C1" w:rsidP="00F479C1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contextualSpacing/>
        <w:rPr>
          <w:rFonts w:ascii="Book Antiqua" w:hAnsi="Book Antiqua"/>
        </w:rPr>
      </w:pPr>
      <w:r w:rsidRPr="00F479C1">
        <w:rPr>
          <w:rFonts w:ascii="Book Antiqua" w:hAnsi="Book Antiqua"/>
          <w:sz w:val="24"/>
          <w:szCs w:val="28"/>
        </w:rPr>
        <w:t>CFP Preparation</w:t>
      </w:r>
    </w:p>
    <w:sectPr w:rsidR="00F479C1" w:rsidRPr="00F479C1" w:rsidSect="00F479C1">
      <w:pgSz w:w="11907" w:h="16839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7ED58AC-1CA5-43F1-83E7-C1E4D3DA1C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7B3D17-B9F4-4585-9C67-AFA6644F3B2A}"/>
    <w:embedBold r:id="rId3" w:fontKey="{EBD58C9B-158B-4AF3-8881-4C034A3D5440}"/>
    <w:embedItalic r:id="rId4" w:fontKey="{5582E2F8-DD80-4CFC-8F72-B495E7745248}"/>
    <w:embedBoldItalic r:id="rId5" w:fontKey="{B9B72136-D736-4DBB-979C-48E5507EA8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CC29140-631E-4953-A34A-AEA1E1B543D9}"/>
    <w:embedBold r:id="rId7" w:fontKey="{41534F7C-C541-47B9-9566-784D91142AEE}"/>
    <w:embedItalic r:id="rId8" w:fontKey="{25E78F8C-9AAA-4499-8FBE-EF2E5451C126}"/>
    <w:embedBoldItalic r:id="rId9" w:fontKey="{53BBB82A-9E4A-40AA-BFF2-AD07893A2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8722BB15-E78E-434A-A09D-5B490DC62BBB}"/>
    <w:embedBold r:id="rId11" w:fontKey="{7B7E00FA-C7A7-4D9F-8902-EF15C19FB7D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194F"/>
    <w:multiLevelType w:val="multilevel"/>
    <w:tmpl w:val="23B08F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8620C0A"/>
    <w:multiLevelType w:val="multilevel"/>
    <w:tmpl w:val="27E86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4F46B0A"/>
    <w:multiLevelType w:val="multilevel"/>
    <w:tmpl w:val="68AAD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379212C4"/>
    <w:multiLevelType w:val="multilevel"/>
    <w:tmpl w:val="2C9E18F0"/>
    <w:lvl w:ilvl="0">
      <w:start w:val="1"/>
      <w:numFmt w:val="bullet"/>
      <w:lvlText w:val="●"/>
      <w:lvlJc w:val="left"/>
      <w:pPr>
        <w:ind w:left="16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5E68"/>
    <w:rsid w:val="00D755A3"/>
    <w:rsid w:val="00F479C1"/>
    <w:rsid w:val="00FF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FF5E68"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0"/>
    <w:next w:val="normal0"/>
    <w:link w:val="Heading2Char"/>
    <w:rsid w:val="00FF5E68"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0"/>
    <w:next w:val="normal0"/>
    <w:link w:val="Heading3Char"/>
    <w:rsid w:val="00FF5E68"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0"/>
    <w:next w:val="normal0"/>
    <w:link w:val="Heading4Char"/>
    <w:rsid w:val="00FF5E68"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0"/>
    <w:next w:val="normal0"/>
    <w:link w:val="Heading5Char"/>
    <w:rsid w:val="00FF5E68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0"/>
    <w:next w:val="normal0"/>
    <w:link w:val="Heading6Char"/>
    <w:rsid w:val="00FF5E68"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F5E6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F5E68"/>
  </w:style>
  <w:style w:type="paragraph" w:styleId="Title">
    <w:name w:val="Title"/>
    <w:basedOn w:val="normal0"/>
    <w:next w:val="normal0"/>
    <w:link w:val="TitleChar"/>
    <w:rsid w:val="00FF5E68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0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0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0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0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0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0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0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0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0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0"/>
    <w:uiPriority w:val="99"/>
    <w:unhideWhenUsed/>
    <w:rsid w:val="00326F90"/>
    <w:pPr>
      <w:ind w:left="1636" w:hanging="360"/>
      <w:contextualSpacing/>
    </w:pPr>
  </w:style>
  <w:style w:type="paragraph" w:styleId="ListBullet2">
    <w:name w:val="List Bullet 2"/>
    <w:basedOn w:val="normal0"/>
    <w:uiPriority w:val="99"/>
    <w:unhideWhenUsed/>
    <w:rsid w:val="00326F90"/>
    <w:pPr>
      <w:ind w:left="360" w:hanging="360"/>
      <w:contextualSpacing/>
    </w:pPr>
  </w:style>
  <w:style w:type="paragraph" w:styleId="ListBullet3">
    <w:name w:val="List Bullet 3"/>
    <w:basedOn w:val="normal0"/>
    <w:uiPriority w:val="99"/>
    <w:unhideWhenUsed/>
    <w:rsid w:val="00326F90"/>
    <w:pPr>
      <w:ind w:left="720" w:hanging="360"/>
      <w:contextualSpacing/>
    </w:pPr>
  </w:style>
  <w:style w:type="paragraph" w:styleId="ListNumber">
    <w:name w:val="List Number"/>
    <w:basedOn w:val="normal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0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0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0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0"/>
    <w:next w:val="normal0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0"/>
    <w:next w:val="normal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0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ableParagraph">
    <w:name w:val="Table Paragraph"/>
    <w:basedOn w:val="normal0"/>
    <w:uiPriority w:val="1"/>
    <w:qFormat/>
    <w:rsid w:val="00DA0DB6"/>
    <w:pPr>
      <w:widowControl w:val="0"/>
      <w:autoSpaceDE w:val="0"/>
      <w:autoSpaceDN w:val="0"/>
      <w:spacing w:after="0" w:line="240" w:lineRule="auto"/>
      <w:jc w:val="center"/>
    </w:pPr>
  </w:style>
  <w:style w:type="paragraph" w:styleId="Subtitle">
    <w:name w:val="Subtitle"/>
    <w:basedOn w:val="normal0"/>
    <w:next w:val="normal0"/>
    <w:link w:val="SubtitleChar"/>
    <w:rsid w:val="00FF5E68"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eNormal"/>
    <w:rsid w:val="00FF5E68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47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gov.in/en/institutions-national-importance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education.gov.in/en/institutions-national-importanc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huklayash337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2bUK5SNx3tP14dMoJf0tPxE+hA==">CgMxLjA4AHIhMTMzZUJCQV9YVGVtX3JBMVlNb3dZaFVVMmVYakFRdVdR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SRGI</cp:lastModifiedBy>
  <cp:revision>2</cp:revision>
  <dcterms:created xsi:type="dcterms:W3CDTF">2025-11-04T06:34:00Z</dcterms:created>
  <dcterms:modified xsi:type="dcterms:W3CDTF">2025-11-04T06:34:00Z</dcterms:modified>
</cp:coreProperties>
</file>